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olo1"/>
        <w:spacing w:before="480" w:after="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-479425</wp:posOffset>
            </wp:positionH>
            <wp:positionV relativeFrom="paragraph">
              <wp:posOffset>-536575</wp:posOffset>
            </wp:positionV>
            <wp:extent cx="1130935" cy="1359535"/>
            <wp:effectExtent l="0" t="0" r="0" b="0"/>
            <wp:wrapSquare wrapText="largest"/>
            <wp:docPr id="1" name="Immagin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0" t="-33" r="-40" b="-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935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olo1"/>
        <w:spacing w:before="480" w:after="0"/>
        <w:jc w:val="center"/>
        <w:rPr>
          <w:color w:val="000000"/>
        </w:rPr>
      </w:pPr>
      <w:r>
        <w:rPr>
          <w:color w:val="000000"/>
        </w:rPr>
        <w:t>COMUNE DI SANT’ANTIMO</w:t>
      </w:r>
    </w:p>
    <w:p>
      <w:pPr>
        <w:pStyle w:val="Normal"/>
        <w:jc w:val="center"/>
        <w:rPr/>
      </w:pPr>
      <w:r>
        <w:rPr/>
        <w:t>Via Roma 168, 80029 Sant’Antimo (NA)</w:t>
        <w:br/>
        <w:t>PEC: protocollo@pec.comune.santantimo.na.it</w:t>
      </w:r>
    </w:p>
    <w:p>
      <w:pPr>
        <w:pStyle w:val="Normal"/>
        <w:rPr/>
      </w:pPr>
      <w:r>
        <w:rPr>
          <w:b/>
          <w:bCs/>
        </w:rPr>
        <w:t>Oggetto: Manifestazione di interesse per l’occupazione temporanea di suolo pubblico in occasione della Commemorazione dei Defunti anno 2025.</w:t>
      </w:r>
    </w:p>
    <w:p>
      <w:pPr>
        <w:pStyle w:val="Normal"/>
        <w:rPr/>
      </w:pPr>
      <w:r>
        <w:rPr>
          <w:b/>
          <w:bCs/>
        </w:rPr>
        <w:t xml:space="preserve">Da presentare in marca da bollo da </w:t>
      </w:r>
      <w:r>
        <w:rPr>
          <w:b/>
          <w:bCs/>
          <w:u w:val="single"/>
        </w:rPr>
        <w:t>€ 16.00</w:t>
      </w:r>
    </w:p>
    <w:p>
      <w:pPr>
        <w:pStyle w:val="Normal"/>
        <w:jc w:val="right"/>
        <w:rPr/>
      </w:pPr>
      <w:r>
        <w:rPr>
          <w:b/>
          <w:bCs/>
        </w:rPr>
        <w:t>Alla cortese attenzione del</w:t>
        <w:br/>
        <w:t>Responsabile del Settore Finanziario – Servizio COSAP</w:t>
      </w:r>
    </w:p>
    <w:p>
      <w:pPr>
        <w:pStyle w:val="Normal"/>
        <w:rPr/>
      </w:pPr>
      <w:r>
        <w:rPr/>
        <w:br/>
        <w:t>Il/La sottoscritto/a</w:t>
        <w:br/>
        <w:t>Nome e Cognome: _________________________________________________________________________</w:t>
        <w:br/>
        <w:t>Data di nascita: ______________ /__________________ /___________________</w:t>
        <w:br/>
        <w:t>Luogo di nascita: __________________________</w:t>
        <w:br/>
        <w:t>Codice Fiscale: __________________________</w:t>
        <w:br/>
        <w:t>Titolare della ditta ____________________________________Partita IVA : __________________________</w:t>
        <w:br/>
        <w:t xml:space="preserve">Sede legale: Via / Piazza ____________________________________ </w:t>
        <w:br/>
        <w:t>Recapito telefonico: __________________________</w:t>
        <w:br/>
        <w:t>Indirizzo email / PEC: __________________________</w:t>
        <w:br/>
      </w:r>
    </w:p>
    <w:p>
      <w:pPr>
        <w:pStyle w:val="Normal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CHIEDE</w:t>
      </w:r>
    </w:p>
    <w:p>
      <w:pPr>
        <w:pStyle w:val="Normal"/>
        <w:jc w:val="both"/>
        <w:rPr/>
      </w:pPr>
      <w:r>
        <w:rPr/>
        <w:t>di essere inserito nell’elenco degli interessati ad ottenere, per il periodo della Commemorazione dei Defunti dal___________________ al_____________________ la concessione - autorizzazione comunale per l’occupazione temporanea di suolo pubblico per esposizione e vendita di fiori, piante e articoli funebri nei punti che saranno individuati dal Comune per una superficie di mq_______________</w:t>
      </w:r>
    </w:p>
    <w:p>
      <w:pPr>
        <w:pStyle w:val="Titolo2"/>
        <w:jc w:val="center"/>
        <w:rPr>
          <w:b/>
          <w:b/>
          <w:bCs/>
          <w:color w:val="000000"/>
        </w:rPr>
      </w:pPr>
      <w:r>
        <w:rPr>
          <w:b/>
          <w:bCs/>
          <w:color w:val="000000"/>
        </w:rPr>
        <w:t>DICHIARA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1. che tutte le informazioni fornite sono veritiere;</w:t>
        <w:br/>
        <w:t>2. di essere in regola con le normative fiscali, contributive e assicurative;</w:t>
        <w:br/>
        <w:t>3. di accettare le condizioni che l’Amministrazione stabilirà, quali dimensione dell’area da occupare, posizionamento, orari, obblighi di pulizia;</w:t>
        <w:br/>
        <w:t>4. che l’area occupata sarà mantenuta decorosa, ordinata, senza ostacolare la circolazione pedonale o veicolare;</w:t>
        <w:br/>
        <w:t>5. di provvedere al pagamento del canone o contributo che il Comune richiederà, secondo il regolamento COSAP vigente;</w:t>
        <w:br/>
        <w:t>6. di rispettare i termini entro cui presentare la domanda che il Comune stabilirà;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Docementazione da allegare alla richiesta:</w:t>
      </w:r>
    </w:p>
    <w:p>
      <w:pPr>
        <w:pStyle w:val="Normal"/>
        <w:numPr>
          <w:ilvl w:val="0"/>
          <w:numId w:val="7"/>
        </w:numPr>
        <w:rPr>
          <w:b/>
          <w:b/>
          <w:bCs/>
        </w:rPr>
      </w:pPr>
      <w:r>
        <w:rPr>
          <w:b/>
          <w:bCs/>
        </w:rPr>
        <w:t>Documento di identità;</w:t>
      </w:r>
    </w:p>
    <w:p>
      <w:pPr>
        <w:pStyle w:val="Normal"/>
        <w:numPr>
          <w:ilvl w:val="0"/>
          <w:numId w:val="7"/>
        </w:numPr>
        <w:rPr>
          <w:b/>
          <w:b/>
          <w:bCs/>
        </w:rPr>
      </w:pPr>
      <w:r>
        <w:rPr>
          <w:b/>
          <w:bCs/>
        </w:rPr>
        <w:t>Autorizzazione ambulante tipo B;</w:t>
      </w:r>
    </w:p>
    <w:p>
      <w:pPr>
        <w:pStyle w:val="Normal"/>
        <w:numPr>
          <w:ilvl w:val="0"/>
          <w:numId w:val="7"/>
        </w:numPr>
        <w:rPr>
          <w:b/>
          <w:b/>
          <w:bCs/>
        </w:rPr>
      </w:pPr>
      <w:r>
        <w:rPr>
          <w:b/>
          <w:bCs/>
        </w:rPr>
        <w:t>Visura Camerale</w:t>
      </w:r>
    </w:p>
    <w:p>
      <w:pPr>
        <w:pStyle w:val="Normal"/>
        <w:rPr>
          <w:b/>
          <w:b/>
          <w:bCs/>
        </w:rPr>
      </w:pPr>
      <w:r>
        <w:rPr>
          <w:b/>
          <w:bCs/>
        </w:rPr>
        <w:t>Sant’Antimo, lì __________________</w:t>
      </w:r>
    </w:p>
    <w:p>
      <w:pPr>
        <w:pStyle w:val="Normal"/>
        <w:spacing w:before="0" w:after="200"/>
        <w:jc w:val="right"/>
        <w:rPr>
          <w:b/>
          <w:b/>
          <w:bCs/>
        </w:rPr>
      </w:pPr>
      <w:r>
        <w:rPr>
          <w:b/>
          <w:bCs/>
        </w:rPr>
        <w:t>Il richiedente</w:t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olo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itolo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paragraph" w:styleId="Titolo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Titolo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paragraph" w:styleId="Titolo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Titolo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Titolo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itolo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nfasi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Elenco">
    <w:name w:val="List"/>
    <w:basedOn w:val="Normal"/>
    <w:uiPriority w:val="99"/>
    <w:unhideWhenUsed/>
    <w:rsid w:val="00aa1d8d"/>
    <w:pPr>
      <w:spacing w:before="0" w:after="200"/>
      <w:ind w:left="360" w:hanging="360"/>
      <w:contextualSpacing/>
    </w:pPr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Pidipagina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oloprincipa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Sottotitolo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 w:hanging="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Bullet3">
    <w:name w:val="List Bullet 3"/>
    <w:basedOn w:val="Normal"/>
    <w:uiPriority w:val="99"/>
    <w:unhideWhenUsed/>
    <w:qFormat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Bullet4">
    <w:name w:val="List Bullet 4"/>
    <w:basedOn w:val="Normal"/>
    <w:uiPriority w:val="99"/>
    <w:unhideWhenUsed/>
    <w:qFormat/>
    <w:rsid w:val="00326f90"/>
    <w:pPr>
      <w:spacing w:before="0" w:after="200"/>
      <w:ind w:left="1080" w:hanging="360"/>
      <w:contextualSpacing/>
    </w:pPr>
    <w:rPr/>
  </w:style>
  <w:style w:type="paragraph" w:styleId="ListBullet">
    <w:name w:val="List Bullet"/>
    <w:basedOn w:val="Normal"/>
    <w:uiPriority w:val="99"/>
    <w:unhideWhenUsed/>
    <w:qFormat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qFormat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qFormat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qFormat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qFormat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qFormat/>
    <w:rsid w:val="0029639d"/>
    <w:pPr>
      <w:spacing w:before="0" w:after="120"/>
      <w:ind w:left="360" w:hanging="0"/>
      <w:contextualSpacing/>
    </w:pPr>
    <w:rPr/>
  </w:style>
  <w:style w:type="paragraph" w:styleId="ListContinue2">
    <w:name w:val="List Continue 2"/>
    <w:basedOn w:val="Normal"/>
    <w:uiPriority w:val="99"/>
    <w:unhideWhenUsed/>
    <w:qFormat/>
    <w:rsid w:val="0029639d"/>
    <w:pPr>
      <w:spacing w:before="0" w:after="120"/>
      <w:ind w:left="720" w:hanging="0"/>
      <w:contextualSpacing/>
    </w:pPr>
    <w:rPr/>
  </w:style>
  <w:style w:type="paragraph" w:styleId="ListContinue3">
    <w:name w:val="List Continue 3"/>
    <w:basedOn w:val="Normal"/>
    <w:uiPriority w:val="99"/>
    <w:unhideWhenUsed/>
    <w:qFormat/>
    <w:rsid w:val="0029639d"/>
    <w:pPr>
      <w:spacing w:before="0" w:after="120"/>
      <w:ind w:left="1080" w:hanging="0"/>
      <w:contextualSpacing/>
    </w:pPr>
    <w:rPr/>
  </w:style>
  <w:style w:type="paragraph" w:styleId="Macro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val="000000" w:themeColor="tex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val="4F81BD" w:themeColor="accent1"/>
      <w:sz w:val="18"/>
      <w:szCs w:val="1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Titoloindiceanalitico">
    <w:name w:val="Index Heading"/>
    <w:basedOn w:val="Titolo"/>
    <w:pPr/>
    <w:rPr/>
  </w:style>
  <w:style w:type="paragraph" w:styleId="Titoloindice">
    <w:name w:val="TOC Heading"/>
    <w:basedOn w:val="Titolo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Application>LibreOffice/7.4.1.2$Windows_X86_64 LibreOffice_project/3c58a8f3a960df8bc8fd77b461821e42c061c5f0</Application>
  <AppVersion>15.0000</AppVersion>
  <Pages>2</Pages>
  <Words>247</Words>
  <Characters>1824</Characters>
  <CharactersWithSpaces>2056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it-IT</dc:language>
  <cp:lastModifiedBy/>
  <cp:lastPrinted>2025-10-07T13:26:54Z</cp:lastPrinted>
  <dcterms:modified xsi:type="dcterms:W3CDTF">2025-10-10T13:15:10Z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